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A228A8" w14:textId="77777777" w:rsidR="00547FE0" w:rsidRDefault="00000000">
      <w:pPr>
        <w:jc w:val="center"/>
      </w:pPr>
      <w:r>
        <w:rPr>
          <w:b/>
          <w:sz w:val="32"/>
        </w:rPr>
        <w:t>Austin Holeman</w:t>
      </w:r>
    </w:p>
    <w:p w14:paraId="45FEB948" w14:textId="7F669F40" w:rsidR="00547FE0" w:rsidRDefault="00000000">
      <w:pPr>
        <w:jc w:val="center"/>
      </w:pPr>
      <w:r>
        <w:t>Atlanta, GA • 678-920-9742 • Austin.holeman.ah@gmail.com</w:t>
      </w:r>
      <w:r>
        <w:br/>
        <w:t>[</w:t>
      </w:r>
      <w:hyperlink r:id="rId6" w:history="1">
        <w:r w:rsidR="007C4B35" w:rsidRPr="007C4B35">
          <w:rPr>
            <w:rStyle w:val="Hyperlink"/>
          </w:rPr>
          <w:t>www.linkedin.com/in/ austin-holeman-1696112a1</w:t>
        </w:r>
      </w:hyperlink>
      <w:r w:rsidR="007C4B35">
        <w:t>] •</w:t>
      </w:r>
      <w:r>
        <w:t xml:space="preserve"> </w:t>
      </w:r>
      <w:hyperlink r:id="rId7" w:history="1">
        <w:r w:rsidR="00547FE0" w:rsidRPr="007C4B35">
          <w:rPr>
            <w:rStyle w:val="Hyperlink"/>
          </w:rPr>
          <w:t>https://austinholeman.tech</w:t>
        </w:r>
      </w:hyperlink>
    </w:p>
    <w:p w14:paraId="5816C98F" w14:textId="77777777" w:rsidR="00547FE0" w:rsidRDefault="00547FE0"/>
    <w:p w14:paraId="7D3F5AF2" w14:textId="77777777" w:rsidR="00547FE0" w:rsidRDefault="00000000">
      <w:pPr>
        <w:pStyle w:val="Heading2"/>
      </w:pPr>
      <w:r>
        <w:t>Professional Summary</w:t>
      </w:r>
    </w:p>
    <w:p w14:paraId="0290FA9E" w14:textId="77777777" w:rsidR="00547FE0" w:rsidRDefault="00000000">
      <w:r>
        <w:t>Dedicated and motivated IT professional pursuing a Bachelor’s degree in Cybersecurity and Information Assurance. Certified in CompTIA A+ with a strong foundation in troubleshooting, customer service, and problem resolution. Demonstrated ability to work in fast-paced environments, respond to emergencies, and manage technical issues. Seeking an entry-level IT support or security analyst role to apply and grow technical skills in a professional setting.</w:t>
      </w:r>
    </w:p>
    <w:p w14:paraId="0EEB26E4" w14:textId="77777777" w:rsidR="00547FE0" w:rsidRDefault="00000000">
      <w:pPr>
        <w:pStyle w:val="Heading2"/>
      </w:pPr>
      <w:r>
        <w:t>Certifications</w:t>
      </w:r>
    </w:p>
    <w:p w14:paraId="6E3FA1BD" w14:textId="77777777" w:rsidR="00547FE0" w:rsidRDefault="00000000">
      <w:r>
        <w:t>• CompTIA A+ ce</w:t>
      </w:r>
      <w:r>
        <w:br/>
        <w:t xml:space="preserve">  https://www.credly.com/badges/58b548d0-9d2b-4a45-b6d1-2f0edfafabe0/public_url</w:t>
      </w:r>
    </w:p>
    <w:p w14:paraId="1A2CC740" w14:textId="77777777" w:rsidR="00547FE0" w:rsidRDefault="00000000">
      <w:pPr>
        <w:pStyle w:val="Heading2"/>
      </w:pPr>
      <w:r>
        <w:t>Education</w:t>
      </w:r>
    </w:p>
    <w:p w14:paraId="42E491D4" w14:textId="77777777" w:rsidR="00547FE0" w:rsidRDefault="00000000">
      <w:r>
        <w:t>Western Governors University (WGU) – Online</w:t>
      </w:r>
      <w:r>
        <w:br/>
        <w:t>Bachelor of Science in Cybersecurity and Information Assurance</w:t>
      </w:r>
      <w:r>
        <w:br/>
        <w:t>Expected Graduation: December 2024</w:t>
      </w:r>
    </w:p>
    <w:p w14:paraId="55BB58F7" w14:textId="77777777" w:rsidR="00547FE0" w:rsidRDefault="00000000">
      <w:pPr>
        <w:pStyle w:val="Heading2"/>
      </w:pPr>
      <w:r>
        <w:t>Technical Skills</w:t>
      </w:r>
    </w:p>
    <w:p w14:paraId="0F50EB9A" w14:textId="77777777" w:rsidR="00547FE0" w:rsidRDefault="00000000">
      <w:r>
        <w:t>• Operating Systems: Windows, basic Linux familiarity</w:t>
      </w:r>
      <w:r>
        <w:br/>
        <w:t>• IT Support: Troubleshooting, hardware setup, customer service, issue resolution</w:t>
      </w:r>
      <w:r>
        <w:br/>
        <w:t>• Tools: Microsoft Office, CCTV systems, ticketing systems (basic)</w:t>
      </w:r>
      <w:r>
        <w:br/>
        <w:t>• Security: Physical security, emergency response, risk awareness</w:t>
      </w:r>
      <w:r>
        <w:br/>
        <w:t>• Other: Report documentation, scheduling, communication, team leadership</w:t>
      </w:r>
    </w:p>
    <w:p w14:paraId="41E4A34F" w14:textId="77777777" w:rsidR="00D57275" w:rsidRDefault="00D57275" w:rsidP="00D57275">
      <w:pPr>
        <w:pStyle w:val="Heading2"/>
      </w:pPr>
      <w:r>
        <w:t>Projects</w:t>
      </w:r>
    </w:p>
    <w:p w14:paraId="7B59E570" w14:textId="77777777" w:rsidR="00D57275" w:rsidRDefault="00D57275" w:rsidP="00D57275">
      <w:r>
        <w:t>Microsoft Azure Fundamentals Lab Practice</w:t>
      </w:r>
      <w:r>
        <w:br/>
        <w:t>Self-Initiated | Ongoing</w:t>
      </w:r>
      <w:r>
        <w:br/>
        <w:t>• Deployed and managed virtual machines, web apps, and storage accounts using the Azure Portal.</w:t>
      </w:r>
      <w:r>
        <w:br/>
        <w:t>• Implemented RBAC (Role-Based Access Control) and configured Azure AD identities to understand cloud access management.</w:t>
      </w:r>
      <w:r>
        <w:br/>
        <w:t>• Set up basic network configurations, including virtual networks, subnets, and firewalls.</w:t>
      </w:r>
      <w:r>
        <w:br/>
        <w:t>• Gained hands-on experience with cost management, Azure pricing calculator, and compliance tools to reinforce cloud governance concepts.</w:t>
      </w:r>
    </w:p>
    <w:p w14:paraId="42C3EE6D" w14:textId="77777777" w:rsidR="00D57275" w:rsidRDefault="00D57275" w:rsidP="00D57275">
      <w:proofErr w:type="spellStart"/>
      <w:r>
        <w:t>TryHackMe</w:t>
      </w:r>
      <w:proofErr w:type="spellEnd"/>
      <w:r>
        <w:t xml:space="preserve"> Cybersecurity Labs</w:t>
      </w:r>
      <w:r>
        <w:br/>
        <w:t>Self-Initiated | Ongoing</w:t>
      </w:r>
      <w:r>
        <w:br/>
      </w:r>
      <w:r>
        <w:lastRenderedPageBreak/>
        <w:t>• Completed interactive labs on topics including penetration testing, network scanning (Nmap), web vulnerabilities (OWASP Top 10), and privilege escalation.</w:t>
      </w:r>
      <w:r>
        <w:br/>
        <w:t>• Gained familiarity with tools like Metasploit, Burp Suite, and Wireshark in virtualized environments.</w:t>
      </w:r>
      <w:r>
        <w:br/>
        <w:t>• Solved real-world scenarios to develop skills in threat detection, Linux/Windows enumeration, and system hardening.</w:t>
      </w:r>
      <w:r>
        <w:br/>
        <w:t>• Maintained detailed notes and walkthroughs to build a personal knowledge base for future red/blue team activities.</w:t>
      </w:r>
    </w:p>
    <w:p w14:paraId="102DA376" w14:textId="77777777" w:rsidR="00D57275" w:rsidRDefault="00D57275"/>
    <w:p w14:paraId="2E6B2DB1" w14:textId="77777777" w:rsidR="00547FE0" w:rsidRDefault="00000000">
      <w:pPr>
        <w:pStyle w:val="Heading2"/>
      </w:pPr>
      <w:r>
        <w:t>Professional Experience</w:t>
      </w:r>
    </w:p>
    <w:p w14:paraId="60C4A25C" w14:textId="77777777" w:rsidR="00547FE0" w:rsidRDefault="00000000">
      <w:r>
        <w:t>Capital Guard Security — Security Guard</w:t>
      </w:r>
      <w:r>
        <w:br/>
        <w:t>Atlanta, GA | Oct 2023 – Present</w:t>
      </w:r>
      <w:r>
        <w:br/>
        <w:t>• Monitored building systems and responded to safety/security incidents, demonstrating rapid problem-solving under pressure.</w:t>
      </w:r>
      <w:r>
        <w:br/>
        <w:t>• Collaborated with team to ensure full coverage of access points and safeguard sensitive environments.</w:t>
      </w:r>
      <w:r>
        <w:br/>
        <w:t>• Logged incidents and coordinated with emergency services, showcasing strong attention to detail and communication.</w:t>
      </w:r>
    </w:p>
    <w:p w14:paraId="72959310" w14:textId="77777777" w:rsidR="00547FE0" w:rsidRDefault="00000000">
      <w:r>
        <w:t>Trey Thomas Agency — Account Manager / Salesman</w:t>
      </w:r>
      <w:r>
        <w:br/>
        <w:t>Dawsonville, GA | Apr 2022 – Feb 2025</w:t>
      </w:r>
      <w:r>
        <w:br/>
        <w:t>• Maintained customer relationships through regular follow-ups and issue resolution.</w:t>
      </w:r>
      <w:r>
        <w:br/>
        <w:t>• Gained experience with digital record-keeping, client account management, and secure data handling.</w:t>
      </w:r>
      <w:r>
        <w:br/>
        <w:t>• Developed policy proposals and communicated technical details clearly to clients.</w:t>
      </w:r>
    </w:p>
    <w:p w14:paraId="6F37BF60" w14:textId="77777777" w:rsidR="00547FE0" w:rsidRDefault="00000000">
      <w:r>
        <w:t>Pure Defense Pest Solutions — Team Lead / Pest Control Technician</w:t>
      </w:r>
      <w:r>
        <w:br/>
        <w:t>Alpharetta, GA | Sep 2022 – Jun 2023</w:t>
      </w:r>
      <w:r>
        <w:br/>
        <w:t>• Led new technician training, improving team performance and client satisfaction.</w:t>
      </w:r>
      <w:r>
        <w:br/>
        <w:t>• Diagnosed complex site issues, demonstrating analytical thinking and technical problem solving.</w:t>
      </w:r>
    </w:p>
    <w:p w14:paraId="1E18E7E7" w14:textId="44D9896E" w:rsidR="00547FE0" w:rsidRDefault="00000000" w:rsidP="00D57275">
      <w:r>
        <w:t>HonorGuard Pest Management — Pest Technician</w:t>
      </w:r>
      <w:r>
        <w:br/>
        <w:t>Georgia | May 2022 – Jan 2023</w:t>
      </w:r>
      <w:r>
        <w:br/>
        <w:t>• Scheduled service routes and documented treatment results, reinforcing reliability and organization.</w:t>
      </w:r>
    </w:p>
    <w:sectPr w:rsidR="00547FE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082609345">
    <w:abstractNumId w:val="8"/>
  </w:num>
  <w:num w:numId="2" w16cid:durableId="1811440403">
    <w:abstractNumId w:val="6"/>
  </w:num>
  <w:num w:numId="3" w16cid:durableId="492529180">
    <w:abstractNumId w:val="5"/>
  </w:num>
  <w:num w:numId="4" w16cid:durableId="1644389526">
    <w:abstractNumId w:val="4"/>
  </w:num>
  <w:num w:numId="5" w16cid:durableId="1039278728">
    <w:abstractNumId w:val="7"/>
  </w:num>
  <w:num w:numId="6" w16cid:durableId="994797252">
    <w:abstractNumId w:val="3"/>
  </w:num>
  <w:num w:numId="7" w16cid:durableId="1724524093">
    <w:abstractNumId w:val="2"/>
  </w:num>
  <w:num w:numId="8" w16cid:durableId="1589848517">
    <w:abstractNumId w:val="1"/>
  </w:num>
  <w:num w:numId="9" w16cid:durableId="105750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C57FA"/>
    <w:rsid w:val="00547FE0"/>
    <w:rsid w:val="006863D7"/>
    <w:rsid w:val="007C4B35"/>
    <w:rsid w:val="00AA1D8D"/>
    <w:rsid w:val="00B47730"/>
    <w:rsid w:val="00CB0664"/>
    <w:rsid w:val="00D57275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E1E4DCA"/>
  <w14:defaultImageDpi w14:val="300"/>
  <w15:docId w15:val="{47479DA0-E51F-404E-8F35-DD6B1B4E2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hAnsi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7C4B3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C4B3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C4B3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austinholeman.tech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www.linkedin.com/in/%20austin-holeman-1696112a1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550</Words>
  <Characters>3139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3682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Austin Holeman</cp:lastModifiedBy>
  <cp:revision>3</cp:revision>
  <dcterms:created xsi:type="dcterms:W3CDTF">2013-12-23T23:15:00Z</dcterms:created>
  <dcterms:modified xsi:type="dcterms:W3CDTF">2025-05-24T22:48:00Z</dcterms:modified>
  <cp:category/>
</cp:coreProperties>
</file>